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700B" w:rsidRDefault="0043700B">
      <w:pPr>
        <w:autoSpaceDE w:val="0"/>
        <w:autoSpaceDN w:val="0"/>
        <w:spacing w:after="78" w:line="220" w:lineRule="exact"/>
      </w:pPr>
    </w:p>
    <w:p w:rsidR="00E966B8" w:rsidRPr="00E966B8" w:rsidRDefault="00E966B8" w:rsidP="00E966B8">
      <w:pPr>
        <w:spacing w:line="0" w:lineRule="atLeast"/>
        <w:ind w:left="1500"/>
        <w:rPr>
          <w:rFonts w:ascii="Times New Roman" w:eastAsia="Times New Roman" w:hAnsi="Times New Roman"/>
          <w:b/>
          <w:sz w:val="24"/>
          <w:lang w:val="ru-RU"/>
        </w:rPr>
      </w:pPr>
      <w:bookmarkStart w:id="0" w:name="page1"/>
      <w:bookmarkEnd w:id="0"/>
      <w:r w:rsidRPr="00E966B8">
        <w:rPr>
          <w:rFonts w:ascii="Times New Roman" w:eastAsia="Times New Roman" w:hAnsi="Times New Roman"/>
          <w:b/>
          <w:sz w:val="24"/>
          <w:lang w:val="ru-RU"/>
        </w:rPr>
        <w:t>МИНИСТЕРСТВО ПРОСВЕЩЕНИЯ РОССИЙСКОЙ ФЕДЕРАЦИИ</w:t>
      </w:r>
    </w:p>
    <w:p w:rsidR="00E966B8" w:rsidRPr="00E966B8" w:rsidRDefault="00E966B8" w:rsidP="00E966B8">
      <w:pPr>
        <w:spacing w:line="0" w:lineRule="atLeast"/>
        <w:ind w:left="1320"/>
        <w:rPr>
          <w:rFonts w:ascii="Times New Roman" w:eastAsia="Times New Roman" w:hAnsi="Times New Roman"/>
          <w:sz w:val="24"/>
          <w:lang w:val="ru-RU"/>
        </w:rPr>
      </w:pPr>
      <w:r w:rsidRPr="00E966B8">
        <w:rPr>
          <w:rFonts w:ascii="Times New Roman" w:eastAsia="Times New Roman" w:hAnsi="Times New Roman"/>
          <w:sz w:val="24"/>
          <w:lang w:val="ru-RU"/>
        </w:rPr>
        <w:t>Комитет образования, науки и молодежной политики Волгоградской области</w:t>
      </w:r>
    </w:p>
    <w:p w:rsidR="00E966B8" w:rsidRPr="00E966B8" w:rsidRDefault="00E966B8" w:rsidP="00E966B8">
      <w:pPr>
        <w:spacing w:line="0" w:lineRule="atLeast"/>
        <w:ind w:right="-299"/>
        <w:jc w:val="center"/>
        <w:rPr>
          <w:rFonts w:ascii="Times New Roman" w:eastAsia="Times New Roman" w:hAnsi="Times New Roman"/>
          <w:sz w:val="24"/>
          <w:lang w:val="ru-RU"/>
        </w:rPr>
      </w:pPr>
      <w:r w:rsidRPr="00E966B8">
        <w:rPr>
          <w:rFonts w:ascii="Times New Roman" w:eastAsia="Times New Roman" w:hAnsi="Times New Roman"/>
          <w:sz w:val="24"/>
          <w:lang w:val="ru-RU"/>
        </w:rPr>
        <w:t>Муниципальный Городищенский район</w:t>
      </w:r>
    </w:p>
    <w:p w:rsidR="00E966B8" w:rsidRPr="00E966B8" w:rsidRDefault="00E966B8" w:rsidP="00E966B8">
      <w:pPr>
        <w:spacing w:line="0" w:lineRule="atLeast"/>
        <w:ind w:right="-319"/>
        <w:jc w:val="center"/>
        <w:rPr>
          <w:rFonts w:ascii="Times New Roman" w:eastAsia="Times New Roman" w:hAnsi="Times New Roman"/>
          <w:sz w:val="24"/>
          <w:lang w:val="ru-RU"/>
        </w:rPr>
      </w:pPr>
      <w:r w:rsidRPr="00E966B8">
        <w:rPr>
          <w:rFonts w:ascii="Times New Roman" w:eastAsia="Times New Roman" w:hAnsi="Times New Roman"/>
          <w:sz w:val="24"/>
          <w:lang w:val="ru-RU"/>
        </w:rPr>
        <w:t>МБОУ «Карповская СШ»</w:t>
      </w:r>
    </w:p>
    <w:p w:rsidR="00E966B8" w:rsidRPr="00E966B8" w:rsidRDefault="00E966B8" w:rsidP="00E966B8">
      <w:pPr>
        <w:spacing w:line="203" w:lineRule="exact"/>
        <w:rPr>
          <w:rFonts w:ascii="Times New Roman" w:eastAsia="Times New Roman" w:hAnsi="Times New Roman"/>
          <w:sz w:val="24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0"/>
        <w:gridCol w:w="3720"/>
        <w:gridCol w:w="2860"/>
      </w:tblGrid>
      <w:tr w:rsidR="00E966B8" w:rsidTr="00B467FE">
        <w:trPr>
          <w:trHeight w:val="230"/>
        </w:trPr>
        <w:tc>
          <w:tcPr>
            <w:tcW w:w="3140" w:type="dxa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РАССМОТРЕНО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ind w:left="3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СОГЛАСОВАНО</w:t>
            </w:r>
          </w:p>
        </w:tc>
        <w:tc>
          <w:tcPr>
            <w:tcW w:w="2860" w:type="dxa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ind w:left="1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УТВЕРЖДЕНО</w:t>
            </w:r>
          </w:p>
        </w:tc>
      </w:tr>
      <w:tr w:rsidR="00E966B8" w:rsidTr="00B467FE">
        <w:trPr>
          <w:trHeight w:val="204"/>
        </w:trPr>
        <w:tc>
          <w:tcPr>
            <w:tcW w:w="3140" w:type="dxa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Председатель ШМК начальных</w:t>
            </w:r>
          </w:p>
        </w:tc>
        <w:tc>
          <w:tcPr>
            <w:tcW w:w="3720" w:type="dxa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ind w:left="3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Председатель методичкского совета</w:t>
            </w:r>
          </w:p>
        </w:tc>
        <w:tc>
          <w:tcPr>
            <w:tcW w:w="2860" w:type="dxa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ind w:left="1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Директор</w:t>
            </w:r>
          </w:p>
        </w:tc>
      </w:tr>
      <w:tr w:rsidR="00E966B8" w:rsidTr="00B467FE">
        <w:trPr>
          <w:trHeight w:val="266"/>
        </w:trPr>
        <w:tc>
          <w:tcPr>
            <w:tcW w:w="3140" w:type="dxa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классов</w:t>
            </w:r>
          </w:p>
        </w:tc>
        <w:tc>
          <w:tcPr>
            <w:tcW w:w="3720" w:type="dxa"/>
            <w:vMerge w:val="restart"/>
            <w:shd w:val="clear" w:color="auto" w:fill="auto"/>
            <w:vAlign w:val="bottom"/>
          </w:tcPr>
          <w:p w:rsidR="00E966B8" w:rsidRDefault="005140FB" w:rsidP="00E966B8">
            <w:pPr>
              <w:spacing w:after="0" w:line="240" w:lineRule="auto"/>
              <w:ind w:left="380"/>
              <w:rPr>
                <w:rFonts w:ascii="Times New Roman" w:eastAsia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3579A4E7" wp14:editId="16B80FF5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-283845</wp:posOffset>
                  </wp:positionV>
                  <wp:extent cx="1924050" cy="1276350"/>
                  <wp:effectExtent l="19050" t="0" r="0" b="0"/>
                  <wp:wrapNone/>
                  <wp:docPr id="2" name="Рисунок 2" descr="E:\печать и подпис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E:\печать и подпис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7579" t="11333" r="40031" b="730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966B8">
              <w:rPr>
                <w:rFonts w:ascii="Times New Roman" w:eastAsia="Times New Roman" w:hAnsi="Times New Roman"/>
              </w:rPr>
              <w:t>___________Астраханцева А.Н.</w:t>
            </w:r>
          </w:p>
        </w:tc>
        <w:tc>
          <w:tcPr>
            <w:tcW w:w="2860" w:type="dxa"/>
            <w:vMerge w:val="restart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ind w:left="1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______________Страхова С.В.</w:t>
            </w:r>
          </w:p>
        </w:tc>
      </w:tr>
      <w:tr w:rsidR="00E966B8" w:rsidTr="00B467FE">
        <w:trPr>
          <w:trHeight w:val="453"/>
        </w:trPr>
        <w:tc>
          <w:tcPr>
            <w:tcW w:w="3140" w:type="dxa"/>
            <w:vMerge w:val="restart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______________Швыдкая Т.Д.</w:t>
            </w:r>
          </w:p>
        </w:tc>
        <w:tc>
          <w:tcPr>
            <w:tcW w:w="3720" w:type="dxa"/>
            <w:vMerge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60" w:type="dxa"/>
            <w:vMerge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E966B8" w:rsidTr="00B467FE">
        <w:trPr>
          <w:trHeight w:val="395"/>
        </w:trPr>
        <w:tc>
          <w:tcPr>
            <w:tcW w:w="3140" w:type="dxa"/>
            <w:vMerge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720" w:type="dxa"/>
            <w:vMerge w:val="restart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ind w:left="3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Протокол №1</w:t>
            </w:r>
          </w:p>
        </w:tc>
        <w:tc>
          <w:tcPr>
            <w:tcW w:w="2860" w:type="dxa"/>
            <w:vMerge w:val="restart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ind w:left="1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Приказ №142 Б</w:t>
            </w:r>
          </w:p>
        </w:tc>
      </w:tr>
      <w:tr w:rsidR="00E966B8" w:rsidTr="00B467FE">
        <w:trPr>
          <w:trHeight w:val="453"/>
        </w:trPr>
        <w:tc>
          <w:tcPr>
            <w:tcW w:w="3140" w:type="dxa"/>
            <w:vMerge w:val="restart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Протокол №1</w:t>
            </w:r>
          </w:p>
        </w:tc>
        <w:tc>
          <w:tcPr>
            <w:tcW w:w="3720" w:type="dxa"/>
            <w:vMerge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60" w:type="dxa"/>
            <w:vMerge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  <w:sz w:val="17"/>
              </w:rPr>
            </w:pPr>
          </w:p>
        </w:tc>
        <w:bookmarkStart w:id="1" w:name="_GoBack"/>
        <w:bookmarkEnd w:id="1"/>
      </w:tr>
      <w:tr w:rsidR="00E966B8" w:rsidTr="00B467FE">
        <w:trPr>
          <w:trHeight w:val="395"/>
        </w:trPr>
        <w:tc>
          <w:tcPr>
            <w:tcW w:w="3140" w:type="dxa"/>
            <w:vMerge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720" w:type="dxa"/>
            <w:vMerge w:val="restart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ind w:left="3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 "29" 08 22 г.</w:t>
            </w:r>
          </w:p>
        </w:tc>
        <w:tc>
          <w:tcPr>
            <w:tcW w:w="2860" w:type="dxa"/>
            <w:vMerge w:val="restart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ind w:left="18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 "30" 0822 г.</w:t>
            </w:r>
          </w:p>
        </w:tc>
      </w:tr>
      <w:tr w:rsidR="00E966B8" w:rsidTr="00B467FE">
        <w:trPr>
          <w:trHeight w:val="453"/>
        </w:trPr>
        <w:tc>
          <w:tcPr>
            <w:tcW w:w="3140" w:type="dxa"/>
            <w:vMerge w:val="restart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от "26" 0822 г.</w:t>
            </w:r>
          </w:p>
        </w:tc>
        <w:tc>
          <w:tcPr>
            <w:tcW w:w="3720" w:type="dxa"/>
            <w:vMerge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60" w:type="dxa"/>
            <w:vMerge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E966B8" w:rsidTr="00B467FE">
        <w:trPr>
          <w:trHeight w:val="204"/>
        </w:trPr>
        <w:tc>
          <w:tcPr>
            <w:tcW w:w="3140" w:type="dxa"/>
            <w:vMerge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720" w:type="dxa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860" w:type="dxa"/>
            <w:shd w:val="clear" w:color="auto" w:fill="auto"/>
            <w:vAlign w:val="bottom"/>
          </w:tcPr>
          <w:p w:rsidR="00E966B8" w:rsidRDefault="00E966B8" w:rsidP="00E966B8">
            <w:pPr>
              <w:spacing w:after="0" w:line="240" w:lineRule="auto"/>
              <w:rPr>
                <w:rFonts w:ascii="Times New Roman" w:eastAsia="Times New Roman" w:hAnsi="Times New Roman"/>
                <w:sz w:val="17"/>
              </w:rPr>
            </w:pPr>
          </w:p>
        </w:tc>
      </w:tr>
    </w:tbl>
    <w:p w:rsidR="00E966B8" w:rsidRDefault="00E966B8" w:rsidP="00E966B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66B8" w:rsidRDefault="00E966B8" w:rsidP="00E966B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66B8" w:rsidRPr="00E966B8" w:rsidRDefault="00E966B8" w:rsidP="00E966B8">
      <w:pPr>
        <w:spacing w:line="388" w:lineRule="exact"/>
        <w:rPr>
          <w:rFonts w:ascii="Times New Roman" w:eastAsia="Times New Roman" w:hAnsi="Times New Roman"/>
          <w:sz w:val="24"/>
          <w:lang w:val="ru-RU"/>
        </w:rPr>
      </w:pPr>
    </w:p>
    <w:p w:rsidR="00E966B8" w:rsidRPr="00E966B8" w:rsidRDefault="00E966B8" w:rsidP="00E966B8">
      <w:pPr>
        <w:spacing w:line="0" w:lineRule="atLeast"/>
        <w:ind w:right="-159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E966B8">
        <w:rPr>
          <w:rFonts w:ascii="Times New Roman" w:eastAsia="Times New Roman" w:hAnsi="Times New Roman"/>
          <w:b/>
          <w:sz w:val="24"/>
          <w:lang w:val="ru-RU"/>
        </w:rPr>
        <w:t>РАБОЧАЯ ПРОГРАММА</w:t>
      </w:r>
    </w:p>
    <w:p w:rsidR="00E966B8" w:rsidRPr="00E966B8" w:rsidRDefault="00E966B8" w:rsidP="00E966B8">
      <w:pPr>
        <w:spacing w:line="0" w:lineRule="atLeast"/>
        <w:ind w:right="-139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E966B8">
        <w:rPr>
          <w:rFonts w:ascii="Times New Roman" w:eastAsia="Times New Roman" w:hAnsi="Times New Roman"/>
          <w:b/>
          <w:sz w:val="24"/>
          <w:lang w:val="ru-RU"/>
        </w:rPr>
        <w:t>(</w:t>
      </w:r>
      <w:r>
        <w:rPr>
          <w:rFonts w:ascii="Times New Roman" w:eastAsia="Times New Roman" w:hAnsi="Times New Roman"/>
          <w:b/>
          <w:sz w:val="24"/>
        </w:rPr>
        <w:t>ID</w:t>
      </w:r>
      <w:r w:rsidRPr="00E966B8">
        <w:rPr>
          <w:rFonts w:ascii="Times New Roman" w:eastAsia="Times New Roman" w:hAnsi="Times New Roman"/>
          <w:b/>
          <w:sz w:val="24"/>
          <w:lang w:val="ru-RU"/>
        </w:rPr>
        <w:t xml:space="preserve"> 5533174)</w:t>
      </w:r>
    </w:p>
    <w:p w:rsidR="00E966B8" w:rsidRPr="00E966B8" w:rsidRDefault="00E966B8" w:rsidP="00E966B8">
      <w:pPr>
        <w:spacing w:line="0" w:lineRule="atLeast"/>
        <w:ind w:right="-339"/>
        <w:jc w:val="center"/>
        <w:rPr>
          <w:rFonts w:ascii="Times New Roman" w:eastAsia="Times New Roman" w:hAnsi="Times New Roman"/>
          <w:sz w:val="24"/>
          <w:lang w:val="ru-RU"/>
        </w:rPr>
      </w:pPr>
      <w:r w:rsidRPr="00E966B8">
        <w:rPr>
          <w:rFonts w:ascii="Times New Roman" w:eastAsia="Times New Roman" w:hAnsi="Times New Roman"/>
          <w:sz w:val="24"/>
          <w:lang w:val="ru-RU"/>
        </w:rPr>
        <w:t>учебного предмета</w:t>
      </w:r>
    </w:p>
    <w:p w:rsidR="00E966B8" w:rsidRPr="00E966B8" w:rsidRDefault="00E966B8" w:rsidP="00E966B8">
      <w:pPr>
        <w:spacing w:line="0" w:lineRule="atLeast"/>
        <w:ind w:right="-339"/>
        <w:jc w:val="center"/>
        <w:rPr>
          <w:rFonts w:ascii="Times New Roman" w:eastAsia="Times New Roman" w:hAnsi="Times New Roman"/>
          <w:sz w:val="24"/>
          <w:lang w:val="ru-RU"/>
        </w:rPr>
      </w:pPr>
      <w:r w:rsidRPr="00E966B8">
        <w:rPr>
          <w:rFonts w:ascii="Times New Roman" w:eastAsia="Times New Roman" w:hAnsi="Times New Roman"/>
          <w:sz w:val="24"/>
          <w:lang w:val="ru-RU"/>
        </w:rPr>
        <w:t>«Музыка»</w:t>
      </w:r>
    </w:p>
    <w:p w:rsidR="00E966B8" w:rsidRPr="00E966B8" w:rsidRDefault="00E966B8" w:rsidP="00E966B8">
      <w:pPr>
        <w:spacing w:line="0" w:lineRule="atLeast"/>
        <w:ind w:right="-339"/>
        <w:jc w:val="center"/>
        <w:rPr>
          <w:rFonts w:ascii="Times New Roman" w:eastAsia="Times New Roman" w:hAnsi="Times New Roman"/>
          <w:sz w:val="24"/>
          <w:lang w:val="ru-RU"/>
        </w:rPr>
      </w:pPr>
      <w:r w:rsidRPr="00E966B8">
        <w:rPr>
          <w:rFonts w:ascii="Times New Roman" w:eastAsia="Times New Roman" w:hAnsi="Times New Roman"/>
          <w:sz w:val="24"/>
          <w:lang w:val="ru-RU"/>
        </w:rPr>
        <w:t>для 3 класса начального общего образования</w:t>
      </w:r>
    </w:p>
    <w:p w:rsidR="00E966B8" w:rsidRPr="00E966B8" w:rsidRDefault="00E966B8" w:rsidP="00E966B8">
      <w:pPr>
        <w:spacing w:line="60" w:lineRule="exact"/>
        <w:rPr>
          <w:rFonts w:ascii="Times New Roman" w:eastAsia="Times New Roman" w:hAnsi="Times New Roman"/>
          <w:sz w:val="24"/>
          <w:lang w:val="ru-RU"/>
        </w:rPr>
      </w:pPr>
    </w:p>
    <w:p w:rsidR="00E966B8" w:rsidRPr="00E966B8" w:rsidRDefault="00E966B8" w:rsidP="00E966B8">
      <w:pPr>
        <w:spacing w:line="0" w:lineRule="atLeast"/>
        <w:ind w:right="-339"/>
        <w:jc w:val="center"/>
        <w:rPr>
          <w:rFonts w:ascii="Times New Roman" w:eastAsia="Times New Roman" w:hAnsi="Times New Roman"/>
          <w:sz w:val="24"/>
          <w:lang w:val="ru-RU"/>
        </w:rPr>
      </w:pPr>
      <w:r w:rsidRPr="00E966B8">
        <w:rPr>
          <w:rFonts w:ascii="Times New Roman" w:eastAsia="Times New Roman" w:hAnsi="Times New Roman"/>
          <w:sz w:val="24"/>
          <w:lang w:val="ru-RU"/>
        </w:rPr>
        <w:t>на 2022-2023 учебный год</w:t>
      </w:r>
    </w:p>
    <w:p w:rsidR="00E966B8" w:rsidRPr="00E966B8" w:rsidRDefault="00E966B8" w:rsidP="00E966B8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E966B8" w:rsidRPr="00E966B8" w:rsidRDefault="00E966B8" w:rsidP="00E966B8">
      <w:pPr>
        <w:spacing w:line="200" w:lineRule="exact"/>
        <w:rPr>
          <w:rFonts w:ascii="Times New Roman" w:eastAsia="Times New Roman" w:hAnsi="Times New Roman"/>
          <w:sz w:val="24"/>
          <w:lang w:val="ru-RU"/>
        </w:rPr>
      </w:pPr>
    </w:p>
    <w:p w:rsidR="00E966B8" w:rsidRPr="00E966B8" w:rsidRDefault="00E966B8" w:rsidP="00E966B8">
      <w:pPr>
        <w:spacing w:line="301" w:lineRule="exact"/>
        <w:rPr>
          <w:rFonts w:ascii="Times New Roman" w:eastAsia="Times New Roman" w:hAnsi="Times New Roman"/>
          <w:sz w:val="24"/>
          <w:lang w:val="ru-RU"/>
        </w:rPr>
      </w:pPr>
    </w:p>
    <w:p w:rsidR="00E966B8" w:rsidRPr="00E966B8" w:rsidRDefault="00E966B8" w:rsidP="00E966B8">
      <w:pPr>
        <w:spacing w:line="0" w:lineRule="atLeast"/>
        <w:jc w:val="right"/>
        <w:rPr>
          <w:rFonts w:ascii="Times New Roman" w:eastAsia="Times New Roman" w:hAnsi="Times New Roman"/>
          <w:sz w:val="24"/>
          <w:lang w:val="ru-RU"/>
        </w:rPr>
      </w:pPr>
      <w:r w:rsidRPr="00E966B8">
        <w:rPr>
          <w:rFonts w:ascii="Times New Roman" w:eastAsia="Times New Roman" w:hAnsi="Times New Roman"/>
          <w:sz w:val="24"/>
          <w:lang w:val="ru-RU"/>
        </w:rPr>
        <w:t>Составитель: Котова Татьяна Геннадьевна</w:t>
      </w:r>
    </w:p>
    <w:p w:rsidR="00E966B8" w:rsidRPr="00E966B8" w:rsidRDefault="00E966B8" w:rsidP="00E966B8">
      <w:pPr>
        <w:spacing w:line="60" w:lineRule="exact"/>
        <w:rPr>
          <w:rFonts w:ascii="Times New Roman" w:eastAsia="Times New Roman" w:hAnsi="Times New Roman"/>
          <w:sz w:val="24"/>
          <w:lang w:val="ru-RU"/>
        </w:rPr>
      </w:pPr>
    </w:p>
    <w:p w:rsidR="00E966B8" w:rsidRPr="00E966B8" w:rsidRDefault="00E966B8" w:rsidP="00E966B8">
      <w:pPr>
        <w:spacing w:line="0" w:lineRule="atLeast"/>
        <w:jc w:val="right"/>
        <w:rPr>
          <w:rFonts w:ascii="Times New Roman" w:eastAsia="Times New Roman" w:hAnsi="Times New Roman"/>
          <w:sz w:val="24"/>
          <w:lang w:val="ru-RU"/>
        </w:rPr>
      </w:pPr>
      <w:r w:rsidRPr="00E966B8">
        <w:rPr>
          <w:rFonts w:ascii="Times New Roman" w:eastAsia="Times New Roman" w:hAnsi="Times New Roman"/>
          <w:sz w:val="24"/>
          <w:lang w:val="ru-RU"/>
        </w:rPr>
        <w:t>учитель начальных классов</w:t>
      </w:r>
    </w:p>
    <w:p w:rsidR="0043700B" w:rsidRDefault="0043700B">
      <w:pPr>
        <w:autoSpaceDE w:val="0"/>
        <w:autoSpaceDN w:val="0"/>
        <w:spacing w:after="78" w:line="220" w:lineRule="exact"/>
        <w:rPr>
          <w:lang w:val="ru-RU"/>
        </w:rPr>
      </w:pPr>
    </w:p>
    <w:p w:rsidR="00E966B8" w:rsidRDefault="00E966B8">
      <w:pPr>
        <w:autoSpaceDE w:val="0"/>
        <w:autoSpaceDN w:val="0"/>
        <w:spacing w:after="78" w:line="220" w:lineRule="exact"/>
        <w:rPr>
          <w:lang w:val="ru-RU"/>
        </w:rPr>
      </w:pPr>
    </w:p>
    <w:p w:rsidR="00E966B8" w:rsidRDefault="00E966B8">
      <w:pPr>
        <w:autoSpaceDE w:val="0"/>
        <w:autoSpaceDN w:val="0"/>
        <w:spacing w:after="78" w:line="220" w:lineRule="exact"/>
        <w:rPr>
          <w:lang w:val="ru-RU"/>
        </w:rPr>
      </w:pPr>
    </w:p>
    <w:p w:rsidR="00E966B8" w:rsidRDefault="00E966B8">
      <w:pPr>
        <w:autoSpaceDE w:val="0"/>
        <w:autoSpaceDN w:val="0"/>
        <w:spacing w:after="78" w:line="220" w:lineRule="exact"/>
        <w:rPr>
          <w:lang w:val="ru-RU"/>
        </w:rPr>
      </w:pPr>
    </w:p>
    <w:p w:rsidR="00E966B8" w:rsidRDefault="00E966B8">
      <w:pPr>
        <w:autoSpaceDE w:val="0"/>
        <w:autoSpaceDN w:val="0"/>
        <w:spacing w:after="78" w:line="220" w:lineRule="exact"/>
        <w:rPr>
          <w:lang w:val="ru-RU"/>
        </w:rPr>
      </w:pPr>
    </w:p>
    <w:p w:rsidR="00E966B8" w:rsidRDefault="00E966B8">
      <w:pPr>
        <w:autoSpaceDE w:val="0"/>
        <w:autoSpaceDN w:val="0"/>
        <w:spacing w:after="78" w:line="220" w:lineRule="exact"/>
        <w:rPr>
          <w:lang w:val="ru-RU"/>
        </w:rPr>
      </w:pPr>
    </w:p>
    <w:p w:rsidR="00E966B8" w:rsidRPr="00E966B8" w:rsidRDefault="00E966B8" w:rsidP="00E966B8">
      <w:pPr>
        <w:autoSpaceDE w:val="0"/>
        <w:autoSpaceDN w:val="0"/>
        <w:spacing w:after="78" w:line="220" w:lineRule="exact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</w:t>
      </w:r>
      <w:r w:rsidRPr="00E966B8">
        <w:rPr>
          <w:rFonts w:ascii="Times New Roman" w:hAnsi="Times New Roman" w:cs="Times New Roman"/>
          <w:lang w:val="ru-RU"/>
        </w:rPr>
        <w:t xml:space="preserve"> Карповка 2022</w:t>
      </w:r>
    </w:p>
    <w:p w:rsidR="0043700B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E543BA" w:rsidRPr="00E543BA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00B" w:rsidRDefault="00E543BA" w:rsidP="00E543BA">
      <w:pPr>
        <w:autoSpaceDE w:val="0"/>
        <w:autoSpaceDN w:val="0"/>
        <w:spacing w:after="0" w:line="28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Рабочая программа по музыке на уровне 3 класса начального общего образования составлена на основе «Требований к результатам освоения основной образовательной программы», представленных в Федеральном государственном образовательном стандарте начального общего образования, с учётом распределённых по модулям проверяемых требований к результатам освоения основной образовательной программы начального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метапредметных и предметных результатов при освоении предметной области «Искусство» (Музыка).</w:t>
      </w:r>
    </w:p>
    <w:p w:rsidR="00E543BA" w:rsidRPr="00E543BA" w:rsidRDefault="00E543BA" w:rsidP="00E543BA">
      <w:pPr>
        <w:autoSpaceDE w:val="0"/>
        <w:autoSpaceDN w:val="0"/>
        <w:spacing w:after="0" w:line="28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00B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«МУЗЫКА»</w:t>
      </w:r>
    </w:p>
    <w:p w:rsidR="00E543BA" w:rsidRPr="00E543BA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00B" w:rsidRPr="00E543BA" w:rsidRDefault="00E543BA" w:rsidP="00E543BA">
      <w:pPr>
        <w:autoSpaceDE w:val="0"/>
        <w:autoSpaceDN w:val="0"/>
        <w:spacing w:after="0" w:line="271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 является неотъемлемой частью культурного наследия, универсальным способом коммуникации. Особенно важна музыка для становления личности младшего школьника — как способ, форма и опыт самовыражения и естественного радостного мировосприятия.</w:t>
      </w:r>
    </w:p>
    <w:p w:rsidR="0043700B" w:rsidRPr="00E543BA" w:rsidRDefault="00E543BA" w:rsidP="00E543BA">
      <w:pPr>
        <w:autoSpaceDE w:val="0"/>
        <w:autoSpaceDN w:val="0"/>
        <w:spacing w:after="0" w:line="28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др.). При этом наиболее эффективной формой освоения музыкального искусства является практическое музицирование — пение, игра на доступных музыкальных инструментах, различные формы музыкального движения. В ходе активной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3700B" w:rsidRPr="00E543BA" w:rsidRDefault="00E543BA" w:rsidP="00E543BA">
      <w:pPr>
        <w:autoSpaceDE w:val="0"/>
        <w:autoSpaceDN w:val="0"/>
        <w:spacing w:after="0" w:line="271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 и т. п.). Однако этот уровень содержания обучения не является главным.Значительно более важным является формирование эстетических потребностей,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«искусство интонируемого смысла» (Б. В. Асафьев).</w:t>
      </w:r>
    </w:p>
    <w:p w:rsidR="0043700B" w:rsidRPr="00E543BA" w:rsidRDefault="00E543BA" w:rsidP="00E543BA">
      <w:pPr>
        <w:autoSpaceDE w:val="0"/>
        <w:autoSpaceDN w:val="0"/>
        <w:spacing w:after="0" w:line="281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Свойственная музыкальному восприятию идентификация с лирическим героем произведения (В. В. Медушевский) является уникальным психологическим механизмом для формирования мировоззрения ребёнка опосредованным недирективным путём. Поэтому ключевым моментом при составлении программы является отбор репертуара, который должен сочетать в себе такие качества, как доступность, высокий художественный уровень, соответствие системе базовых национальных ценностей.</w:t>
      </w:r>
    </w:p>
    <w:p w:rsidR="0043700B" w:rsidRPr="00E543BA" w:rsidRDefault="00E543BA" w:rsidP="00E543BA">
      <w:pPr>
        <w:autoSpaceDE w:val="0"/>
        <w:autoSpaceDN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Одним из наиболее важных направлений музыкального воспитания является развитие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:rsidR="0043700B" w:rsidRDefault="00E543BA" w:rsidP="00E543BA">
      <w:pPr>
        <w:autoSpaceDE w:val="0"/>
        <w:autoSpaceDN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— от традиционных фольклорных игр и театрализованных представлений к звуковым импровизациям, направленным на освоение жанровых особенностей,элементов музыкального языка, композиционных принципов.</w:t>
      </w:r>
    </w:p>
    <w:p w:rsidR="00E543BA" w:rsidRPr="00E543BA" w:rsidRDefault="00E543BA" w:rsidP="00E543BA">
      <w:pPr>
        <w:autoSpaceDE w:val="0"/>
        <w:autoSpaceDN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00B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ЦЕЛИ И ЗАДАЧИ ИЗУЧЕНИЯ УЧЕБНОГО ПРЕДМЕТА «МУЗЫКА»</w:t>
      </w:r>
    </w:p>
    <w:p w:rsidR="00E543BA" w:rsidRPr="00E543BA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00B" w:rsidRPr="00E543BA" w:rsidRDefault="00E543BA" w:rsidP="00E543BA">
      <w:pPr>
        <w:autoSpaceDE w:val="0"/>
        <w:autoSpaceDN w:val="0"/>
        <w:spacing w:after="0" w:line="271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 жизненно необходима для полноценного развития младших школьников. Признание самоценности творческого развития человека, уникального вклада искусства в образование и воспитание делает неприменимыми критерии утилитарности.</w:t>
      </w:r>
    </w:p>
    <w:p w:rsidR="0043700B" w:rsidRPr="00E543BA" w:rsidRDefault="00E543BA" w:rsidP="00E543BA">
      <w:pPr>
        <w:autoSpaceDE w:val="0"/>
        <w:autoSpaceDN w:val="0"/>
        <w:spacing w:after="0" w:line="283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Основная цель реализации программы —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процессе конкретизации учебных целей их реализация осуществляется по следующим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направлениям: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1) становление системы ценностей обучающихся в единстве эмоциональной и познавательной сферы;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2) 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3) формирование творческих способностей ребёнка, развитие внутренней мотивации к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музицированию.</w:t>
      </w:r>
    </w:p>
    <w:p w:rsidR="00E543BA" w:rsidRDefault="00E543BA" w:rsidP="00E543BA">
      <w:pPr>
        <w:autoSpaceDE w:val="0"/>
        <w:autoSpaceDN w:val="0"/>
        <w:spacing w:after="0" w:line="262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Важнейшими задачами в начальной школе являются: </w:t>
      </w:r>
    </w:p>
    <w:p w:rsidR="0043700B" w:rsidRPr="00E543BA" w:rsidRDefault="00E543BA" w:rsidP="00E543BA">
      <w:pPr>
        <w:autoSpaceDE w:val="0"/>
        <w:autoSpaceDN w:val="0"/>
        <w:spacing w:after="0" w:line="262" w:lineRule="auto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 Формирование эмоционально-ценностной отзывчивости на прекрасное в жизни и в искусстве.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6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музицирования.</w:t>
      </w:r>
    </w:p>
    <w:p w:rsidR="0043700B" w:rsidRPr="00E543BA" w:rsidRDefault="00E543BA" w:rsidP="00E543BA">
      <w:pPr>
        <w:autoSpaceDE w:val="0"/>
        <w:autoSpaceDN w:val="0"/>
        <w:spacing w:after="0" w:line="271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3. Формирование культуры осознанного восприятия музыкальных образов. Приобщение к общечеловеческим духовным ценностям через собственный внутренний опыт эмоционального переживания.</w:t>
      </w:r>
    </w:p>
    <w:p w:rsidR="0043700B" w:rsidRPr="00E543BA" w:rsidRDefault="00E543BA" w:rsidP="00E543BA">
      <w:pPr>
        <w:autoSpaceDE w:val="0"/>
        <w:autoSpaceDN w:val="0"/>
        <w:spacing w:after="0" w:line="271" w:lineRule="auto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 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воображения.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 Овладение предметными умениями и навыками в различных видах практического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музицирования. Введение ребёнка в искусство через разнообразие видов музыкальной деятельности, в том числе: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Слушание (воспитание грамотного слушателя);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Исполнение (пение, игра на доступных музыкальных инструментах);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Сочинение (элементы импровизации, композиции, аранжировки);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г) Музыкальное движение (пластическое интонирование, танец, двигательное моделирование и др.);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д) Исследовательские и творческие проекты.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6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 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языка.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6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 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43700B" w:rsidRDefault="00E543BA" w:rsidP="00E543BA">
      <w:pPr>
        <w:tabs>
          <w:tab w:val="left" w:pos="180"/>
        </w:tabs>
        <w:autoSpaceDE w:val="0"/>
        <w:autoSpaceDN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8. Расширение кругозора, воспитание любознательности, интереса к музыкальной культуре других стран, культур, времён и народов.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6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43700B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«МУЗЫКА» В УЧЕБНОМ ПЛАНЕ</w:t>
      </w:r>
    </w:p>
    <w:p w:rsidR="00E543BA" w:rsidRPr="00E543BA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43BA" w:rsidRDefault="00E543BA" w:rsidP="00E543BA">
      <w:pPr>
        <w:autoSpaceDE w:val="0"/>
        <w:autoSpaceDN w:val="0"/>
        <w:spacing w:after="0" w:line="23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Федеральным государственным образовательным стандартом начального общегообразования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 класс включительно.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543BA" w:rsidRDefault="00E543BA" w:rsidP="00E543BA">
      <w:pPr>
        <w:autoSpaceDE w:val="0"/>
        <w:autoSpaceDN w:val="0"/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основного общего образования, непрерывность изучения предмета и образовательной области«Искусство» на протяжении всего курса школьного обучения: </w:t>
      </w:r>
    </w:p>
    <w:p w:rsidR="00E543BA" w:rsidRDefault="00E543BA" w:rsidP="00E543BA">
      <w:pPr>
        <w:autoSpaceDE w:val="0"/>
        <w:autoSpaceDN w:val="0"/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1 «Музыкальная грамота»; </w:t>
      </w:r>
    </w:p>
    <w:p w:rsidR="00E543BA" w:rsidRDefault="00E543BA" w:rsidP="00E543BA">
      <w:pPr>
        <w:autoSpaceDE w:val="0"/>
        <w:autoSpaceDN w:val="0"/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2 «Народная музыка России»; </w:t>
      </w:r>
    </w:p>
    <w:p w:rsidR="00E543BA" w:rsidRDefault="00E543BA" w:rsidP="00E543BA">
      <w:pPr>
        <w:autoSpaceDE w:val="0"/>
        <w:autoSpaceDN w:val="0"/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3 «Музыка народов мира»; </w:t>
      </w:r>
    </w:p>
    <w:p w:rsidR="00E543BA" w:rsidRDefault="00E543BA" w:rsidP="00E543BA">
      <w:pPr>
        <w:autoSpaceDE w:val="0"/>
        <w:autoSpaceDN w:val="0"/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4 «Духовная музыка»; </w:t>
      </w:r>
    </w:p>
    <w:p w:rsidR="00E543BA" w:rsidRDefault="00E543BA" w:rsidP="00E543BA">
      <w:pPr>
        <w:autoSpaceDE w:val="0"/>
        <w:autoSpaceDN w:val="0"/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5 «Классическая музыка»; </w:t>
      </w:r>
    </w:p>
    <w:p w:rsidR="00E543BA" w:rsidRDefault="00E543BA" w:rsidP="00E543BA">
      <w:pPr>
        <w:autoSpaceDE w:val="0"/>
        <w:autoSpaceDN w:val="0"/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6 «Современная музыкальная культура»; </w:t>
      </w:r>
    </w:p>
    <w:p w:rsidR="00E543BA" w:rsidRDefault="00E543BA" w:rsidP="00E543BA">
      <w:pPr>
        <w:autoSpaceDE w:val="0"/>
        <w:autoSpaceDN w:val="0"/>
        <w:spacing w:after="0" w:line="23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модуль № 7 «Музыка театра и кино»; </w:t>
      </w:r>
    </w:p>
    <w:p w:rsidR="0043700B" w:rsidRPr="00E543BA" w:rsidRDefault="00E543BA" w:rsidP="00E543BA">
      <w:pPr>
        <w:autoSpaceDE w:val="0"/>
        <w:autoSpaceDN w:val="0"/>
        <w:spacing w:after="0" w:line="23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модуль № 8 «Музыка в жизни человека».</w:t>
      </w:r>
    </w:p>
    <w:p w:rsidR="0043700B" w:rsidRPr="00E543BA" w:rsidRDefault="00E543BA" w:rsidP="00E543BA">
      <w:pPr>
        <w:autoSpaceDE w:val="0"/>
        <w:autoSpaceDN w:val="0"/>
        <w:spacing w:after="0" w:line="283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«Музыка» предполагает активную социо-культурную деятельность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дисциплинами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образовательной программы, как «Изобразительное искусство», «Литературное чтение»,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«Окружающий мир», «Основы религиозной культуры и светской этики», «Иностранный язык» и др. Общее число часов, отведённых на изучение предмета «Музыка» в 3 классе, составляет 34 часа (не менее 1 часа в неделю).</w:t>
      </w:r>
    </w:p>
    <w:p w:rsidR="0043700B" w:rsidRPr="00E543BA" w:rsidRDefault="0043700B" w:rsidP="00E543B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3700B" w:rsidRPr="00E543BA">
          <w:pgSz w:w="11900" w:h="16840"/>
          <w:pgMar w:top="292" w:right="890" w:bottom="1440" w:left="666" w:header="720" w:footer="720" w:gutter="0"/>
          <w:cols w:space="720" w:equalWidth="0">
            <w:col w:w="10344" w:space="0"/>
          </w:cols>
          <w:docGrid w:linePitch="360"/>
        </w:sectPr>
      </w:pPr>
    </w:p>
    <w:p w:rsidR="0043700B" w:rsidRPr="00E543BA" w:rsidRDefault="0043700B" w:rsidP="00E543BA">
      <w:pPr>
        <w:autoSpaceDE w:val="0"/>
        <w:autoSpaceDN w:val="0"/>
        <w:spacing w:after="0" w:line="22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00B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E543BA" w:rsidRPr="00E543BA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«МУЗЫКА В ЖИЗНИ ЧЕЛОВЕКА»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Музыкальные пейзажи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Образы природы в музыке. Настроение музыкальных пейзажей. Чувства человека, любующегося природой. Музыка — выражение глубоких чувств, тонких оттенков настроения, которые трудно передать словами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Музыкальные портреты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Музыка, передающая образ человека, его походку, движения, характер, манеру речи. «Портреты», выраженные в музыкальных интонациях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 на войне, музыка о войне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Военная тема в музыкальном искусстве. Военные песни, марши, интонации, ритмы, тембры (призывная кварта, пунктирный ритм, тембры малого барабана, трубы и т. д.)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</w:t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одуль «МУЗЫКАЛЬНАЯ ГРАМОТА»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Музыкальный язык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Темп, тембр. Динамика (форте, пиано, крещендо, диминуэндо и др.). Штрихи (стаккато, легато, акцент и др.)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Дополнительные обозначения в нотах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Реприза, фермата, вольта, украшения (трели, форшлаги)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Ритмические рисунки в размере 6/8 </w:t>
      </w:r>
    </w:p>
    <w:p w:rsidR="00614C93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Размер 6/8. Нота с точкой. Шестнадцатые. Пунктирный ритм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Размер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Равномерная пульсация. Сильные и слабые доли. Размеры 2/4, 3/4, 4/4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КЛАССИЧЕСКАЯ МУЗЫКА</w:t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1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Вокальная музыка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Человеческий голос — самый совершенный инструмент. Бережное отношение к своему голосу.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звестные певцы. Жанры вокальной музыки: песни, вокализы, романсы, арии из опер. Кантата. Песня, романс, вокализ, кант.</w:t>
      </w:r>
    </w:p>
    <w:p w:rsidR="00E543BA" w:rsidRDefault="00E543BA" w:rsidP="00E543BA">
      <w:pPr>
        <w:autoSpaceDE w:val="0"/>
        <w:autoSpaceDN w:val="0"/>
        <w:spacing w:after="0" w:line="262" w:lineRule="auto"/>
        <w:ind w:left="1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Композиторы — детям </w:t>
      </w:r>
    </w:p>
    <w:p w:rsidR="00E543BA" w:rsidRDefault="00E543BA" w:rsidP="00E543BA">
      <w:pPr>
        <w:autoSpaceDE w:val="0"/>
        <w:autoSpaceDN w:val="0"/>
        <w:spacing w:after="0" w:line="262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Детская музыка П. И. Чайковского, С. С. Прокофьева, Д. Б. Кабалевского и др. Понятие жанра.Песня, танец, марш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Программная музыка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Программная музыка. Программное название, известный сюжет, литературный эпиграф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Оркестр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Оркестр — большой коллектив музыкантов. Дирижёр, партитура, репетиция. Жанр концерта —музыкальное соревнование солиста с оркестром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Музыкальные инструменты. Флейта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Предки современной флейты. Легенда о нимфе Сиринкс. Музыка для флейты соло, флейты в сопровождении фортепиано, оркестра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Музыкальные инструменты. Скрипка, виолончель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Русские композиторы-классики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Творчество выдающихся отечественных композиторов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Европейские композиторы-классики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Творчество выдающихся зарубежных композиторов</w:t>
      </w:r>
    </w:p>
    <w:p w:rsidR="0043700B" w:rsidRPr="00E543BA" w:rsidRDefault="0043700B" w:rsidP="00E543B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3700B" w:rsidRPr="00E543BA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700B" w:rsidRPr="00E543BA" w:rsidRDefault="0043700B" w:rsidP="00E543BA">
      <w:pPr>
        <w:autoSpaceDE w:val="0"/>
        <w:autoSpaceDN w:val="0"/>
        <w:spacing w:after="0" w:line="22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43BA" w:rsidRDefault="00E543BA" w:rsidP="00E543BA">
      <w:pPr>
        <w:autoSpaceDE w:val="0"/>
        <w:autoSpaceDN w:val="0"/>
        <w:spacing w:after="0" w:line="271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ДУХОВНАЯ МУЗЫКА</w:t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E543BA" w:rsidRDefault="00E543BA" w:rsidP="00E543BA">
      <w:pPr>
        <w:autoSpaceDE w:val="0"/>
        <w:autoSpaceDN w:val="0"/>
        <w:spacing w:after="0" w:line="271" w:lineRule="auto"/>
        <w:ind w:left="1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Искусство Русской православной церкви </w:t>
      </w:r>
    </w:p>
    <w:p w:rsidR="0043700B" w:rsidRPr="00E543BA" w:rsidRDefault="00E543BA" w:rsidP="00E543BA">
      <w:pPr>
        <w:autoSpaceDE w:val="0"/>
        <w:autoSpaceDN w:val="0"/>
        <w:spacing w:after="0" w:line="271" w:lineRule="auto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Музыка в православном храме. Традиции исполнения, жанры (тропарь, стихира, величание и др.).</w:t>
      </w:r>
    </w:p>
    <w:p w:rsidR="00E543BA" w:rsidRDefault="00E543BA" w:rsidP="00E543BA">
      <w:pPr>
        <w:autoSpaceDE w:val="0"/>
        <w:autoSpaceDN w:val="0"/>
        <w:spacing w:after="0" w:line="271" w:lineRule="auto"/>
        <w:ind w:left="180" w:hanging="18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 и живопись, посвящённые святым. Образы Христа, Богородицы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Религиозные праздники </w:t>
      </w:r>
    </w:p>
    <w:p w:rsidR="0043700B" w:rsidRPr="00E543BA" w:rsidRDefault="00E543BA" w:rsidP="00E543BA">
      <w:pPr>
        <w:autoSpaceDE w:val="0"/>
        <w:autoSpaceDN w:val="0"/>
        <w:spacing w:after="0" w:line="271" w:lineRule="auto"/>
        <w:ind w:left="180" w:hanging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Праздничная служба, вокальная (в том числе хоровая) музыка религиозного содержания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3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Модуль «НАРОДНАЯ МУЗЫКА РОССИИ»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3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Сказки, мифы и легенды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Народные сказители. Русские народные сказания, былины. Эпос народов России. Сказки и легенды о музыке и музыкантах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3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Народные праздники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Обряды, игры, хороводы, праздничная символика — на примере одного или нескольких народных праздников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МУЗЫКА ТЕАТРА И КИНО</w:t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Опера. Главные герои и номера оперного спектакля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Ария, хор, сцена, увертюра — оркестровое вступление. Отдельные номера из опер русских и зарубежных композиторов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Патриотическая и народная тема в театре и кино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Балет. Хореография — искусство танца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Сольные номера и массовые сцены балетного спектакля. Фрагменты, отдельные номера из балетов отечественных композиторов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Сюжет музыкального спектакля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Либретто. Развитие музыки в соответствии с сюжетом. Действия и сцены в опере и балете.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Контрастные образы, лейтмотивы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Оперетта, мюзикл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История возникновения и особенности жанра. Отдельные номера из оперетт И. Штрауса, И. Кальмана, мюзиклов Р. Роджерса, Ф. Лоу и др.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</w:t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СОВРЕМЕННЯ МУЗЫКАЛЬНАЯ КУЛЬТУРА</w:t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Джаз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Особенности джаза: импровизационность, ритм (синкопы, триоли, свинг). Музыкальные инструменты джаза, особые приёмы игры на них. Творчество джазовых музыкантов.</w:t>
      </w:r>
    </w:p>
    <w:p w:rsidR="0043700B" w:rsidRPr="00E543BA" w:rsidRDefault="0043700B" w:rsidP="00E543B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3700B" w:rsidRPr="00E543BA">
          <w:pgSz w:w="11900" w:h="16840"/>
          <w:pgMar w:top="328" w:right="790" w:bottom="1440" w:left="666" w:header="720" w:footer="720" w:gutter="0"/>
          <w:cols w:space="720" w:equalWidth="0">
            <w:col w:w="10444" w:space="0"/>
          </w:cols>
          <w:docGrid w:linePitch="360"/>
        </w:sectPr>
      </w:pPr>
    </w:p>
    <w:p w:rsidR="0043700B" w:rsidRPr="00E543BA" w:rsidRDefault="0043700B" w:rsidP="00E543BA">
      <w:pPr>
        <w:autoSpaceDE w:val="0"/>
        <w:autoSpaceDN w:val="0"/>
        <w:spacing w:after="0" w:line="22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00B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E543BA" w:rsidRPr="00E543BA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6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личностных, метапредметных и предметных.</w:t>
      </w:r>
    </w:p>
    <w:p w:rsidR="0043700B" w:rsidRPr="00E543BA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рабочей программы по музыке для начального общего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образования достигаются во взаимодействии учебной и воспитательной работы, урочной и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внеурочной деятельности. Они должны отражать готовность обучающихся руководствоваться системой позитивных ценностных ориентаций, в том числе в части: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Гражданско-патриотического воспитания: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осознание российской гражданской идентичности; знание Гимна России и традиций его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исполнения,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Духовно-нравственного воспитания: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>Эстетического воспитания: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самовыражению в разных видах искусства.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Ценности научного познания: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самостоятельность в познании.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1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1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соблюдение правил здорового и безопасного (для себя и других людей) образа жизни в окружающей среде; 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 профилактика умственного и физического утомления с использованием возможностей музыкотерапии.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Трудового воспитания: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установка на посильное активное участие в практической деятельности; трудолюбие в учёбе, настойчивость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E543BA" w:rsidRDefault="00E543BA" w:rsidP="00E543BA">
      <w:pPr>
        <w:autoSpaceDE w:val="0"/>
        <w:autoSpaceDN w:val="0"/>
        <w:spacing w:after="0" w:line="262" w:lineRule="auto"/>
        <w:ind w:left="18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Экологического воспитания: </w:t>
      </w:r>
    </w:p>
    <w:p w:rsidR="0043700B" w:rsidRPr="00E543BA" w:rsidRDefault="00E543BA" w:rsidP="00E543BA">
      <w:pPr>
        <w:autoSpaceDE w:val="0"/>
        <w:autoSpaceDN w:val="0"/>
        <w:spacing w:after="0" w:line="262" w:lineRule="auto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природе; неприятие действий, приносящих ей вред.</w:t>
      </w:r>
    </w:p>
    <w:p w:rsidR="0043700B" w:rsidRPr="00E543BA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Метапредметные результаты освоения основной образовательной программы, формируемые при изучении предмета «Музыка»: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71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1. Овладение универсальными познавательными действиями.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71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действия: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71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сравнивать музыкальные звуки, звуковые сочетания, произведения, жанры; устанавливать основания для сравнения, объединять элементы музыкального звучания по определённому признаку;</w:t>
      </w:r>
    </w:p>
    <w:p w:rsidR="0043700B" w:rsidRPr="00E543BA" w:rsidRDefault="0043700B" w:rsidP="00E543B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43700B" w:rsidRPr="00E543BA">
          <w:pgSz w:w="11900" w:h="16840"/>
          <w:pgMar w:top="298" w:right="650" w:bottom="3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700B" w:rsidRPr="00E543BA" w:rsidRDefault="0043700B" w:rsidP="00E543BA">
      <w:pPr>
        <w:autoSpaceDE w:val="0"/>
        <w:autoSpaceDN w:val="0"/>
        <w:spacing w:after="0" w:line="220" w:lineRule="exact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предложенного учителем алгоритма;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устанавливать причинно-следственные связи в ситуациях музыкального восприятия и исполнения, делать выводы.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Базовые исследовательские действия: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исполнительских навыков;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— целое,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причина — следствие);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классификации, сравнения, исследования);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информацией: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выбирать источник получения информации;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согласно заданному алгоритму находить в предложенном источнике информацию, представленную в явном виде;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 текстовую, видео-, графическую, звуковую, информацию в соответствии с учебной задачей;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 музыкальные тексты (акустические и нотные) по предложенному учителем алгоритму;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3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2. Овладение универсальными коммуникативными действиями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3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Невербальная коммуникация: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музыку как специфическую форму общения людей, стремиться понять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эмоционально-образное содержание музыкального высказывания;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3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выступать перед публикой в качестве исполнителя музыки (соло или в коллективе);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3700B" w:rsidRDefault="0043700B" w:rsidP="00E543BA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6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Вербальная коммуникация: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проявлять уважительное отношение к собеседнику, соблюдать правила ведения диалога и дискуссии;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корректно и аргументированно высказывать своё мнение;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строить речевое высказывание в соответствии с поставленной задачей;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(сотрудничество):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стремиться к объединению усилий, эмоциональной эмпатии в ситуациях совместного восприятия, исполнения музыки;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проектные, творческие задания с опорой на предложенные образцы.</w:t>
      </w:r>
    </w:p>
    <w:p w:rsidR="00E543BA" w:rsidRDefault="00E543BA" w:rsidP="00E543BA">
      <w:pPr>
        <w:autoSpaceDE w:val="0"/>
        <w:autoSpaceDN w:val="0"/>
        <w:spacing w:after="0"/>
        <w:ind w:left="1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3. Овладение универсальными регулятивными действиями </w:t>
      </w:r>
    </w:p>
    <w:p w:rsidR="0043700B" w:rsidRPr="00E543BA" w:rsidRDefault="00E543BA" w:rsidP="00E543BA">
      <w:pPr>
        <w:autoSpaceDE w:val="0"/>
        <w:autoSpaceDN w:val="0"/>
        <w:spacing w:after="0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Самоорганизация: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43700B" w:rsidRPr="00E543BA" w:rsidRDefault="00E543BA" w:rsidP="00E543BA">
      <w:pPr>
        <w:autoSpaceDE w:val="0"/>
        <w:autoSpaceDN w:val="0"/>
        <w:spacing w:after="0" w:line="271" w:lineRule="auto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Самоконтроль: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 корректировать свои учебные действия для преодоления ошибок.</w:t>
      </w:r>
    </w:p>
    <w:p w:rsidR="0043700B" w:rsidRPr="00E543BA" w:rsidRDefault="00E543BA" w:rsidP="00E543BA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 д.).</w:t>
      </w:r>
    </w:p>
    <w:p w:rsidR="0043700B" w:rsidRPr="00E543BA" w:rsidRDefault="00E543BA" w:rsidP="00E543BA">
      <w:pPr>
        <w:autoSpaceDE w:val="0"/>
        <w:autoSpaceDN w:val="0"/>
        <w:spacing w:after="0" w:line="23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3700B" w:rsidRPr="00E543BA" w:rsidRDefault="00E543BA" w:rsidP="00E543BA">
      <w:pPr>
        <w:autoSpaceDE w:val="0"/>
        <w:autoSpaceDN w:val="0"/>
        <w:spacing w:after="0"/>
        <w:ind w:firstLine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3700B" w:rsidRPr="00E543BA" w:rsidRDefault="00E543BA" w:rsidP="00E543BA">
      <w:pPr>
        <w:autoSpaceDE w:val="0"/>
        <w:autoSpaceDN w:val="0"/>
        <w:spacing w:after="0" w:line="230" w:lineRule="auto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Обучающиеся, освоившие основную образовательную программу по предмету «Музыка»:</w:t>
      </w:r>
    </w:p>
    <w:p w:rsidR="00E543BA" w:rsidRDefault="00E543BA" w:rsidP="00E543BA">
      <w:pPr>
        <w:autoSpaceDE w:val="0"/>
        <w:autoSpaceDN w:val="0"/>
        <w:spacing w:after="0" w:line="230" w:lineRule="auto"/>
        <w:ind w:left="18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интересом занимаются музыкой, любят петь, играть на доступных музыкальных инструментах,умеют слушать серьёзную музыку, знают правила поведения в театре, концертном зале; </w:t>
      </w:r>
    </w:p>
    <w:p w:rsidR="00E543BA" w:rsidRDefault="00E543BA" w:rsidP="00E543BA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сознательно стремятся к развитию своих музыкальных способностей; </w:t>
      </w:r>
    </w:p>
    <w:p w:rsidR="00E543BA" w:rsidRDefault="00E543BA" w:rsidP="00E543BA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имеют опыт восприятия, исполнения музыки разных жанров, творческой деятельности в различных смежных видах искусства; </w:t>
      </w:r>
    </w:p>
    <w:p w:rsidR="00E543BA" w:rsidRDefault="00E543BA" w:rsidP="00E543BA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 уважением относятся к достижениям отечественной музыкальной культуры; </w:t>
      </w:r>
    </w:p>
    <w:p w:rsidR="0043700B" w:rsidRPr="00E543BA" w:rsidRDefault="00E543BA" w:rsidP="00E543B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стремятся к расширению своего музыкального кругозора.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62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Предметные результаты, формируемые в ходе изучения предмета «Музыка», сгруппированы по учебным модулям и должны отражать сформированность умений: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«Музыка в жизни человека»: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Гимн Российской Федерации, Гимн своей республики, школы, исполнять песни, посвящённые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потребностей.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 «Народная музыка России»: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на слух и называть знакомые народные музыкальные инструменты;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группировать народные музыкальные инструменты по принципу звукоизвлечения: духовые, ударные, струнные;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принадлежность музыкальных произведений и их фрагментов к композиторскому или народному творчеству;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манеру пения, инструментального исполнения, типы солистов и коллективов — народных и академических;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создавать ритмический аккомпанемент на ударных инструментах при исполнении народной песни;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народные произведения различных жанров с сопровождением и без сопровождения;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 «Музыкальная грамота»: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звуки: шумовые и музыкальные, длинные, короткие, тихие, громкие, низкие, высокие;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элементы музыкального языка (темп, тембр, регистр, динамика, ритм, мелодия, аккомпанемент и др.), уметь объяснить значение соответствующих терминов;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 принципы развития: повтор, контраст, варьирование;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термина «музыкальная форма», определять на слух простые музыкальные формы — двухчастную, трёхчастную и трёхчастную репризную, рондо, вариации;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ориентироваться в нотной записи в пределах певческого диапазона;</w:t>
      </w:r>
    </w:p>
    <w:p w:rsidR="0043700B" w:rsidRPr="00E543BA" w:rsidRDefault="00E543BA" w:rsidP="00E543BA">
      <w:pPr>
        <w:autoSpaceDE w:val="0"/>
        <w:autoSpaceDN w:val="0"/>
        <w:spacing w:after="0" w:line="262" w:lineRule="auto"/>
        <w:ind w:lef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исполнять и создавать различные ритмические рисунки; исполнять песни с простым мелодическим рисунком.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«Классическая музыка»: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на слух произведения классической музыки, называть автора и произведение,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исполнительский состав;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концертные жанры по особенностям исполнения (камерные и симфонические, вокальные и инструментальные), знать их разновидности, приводить примеры;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(в том числе фрагментарно, отдельными темами) сочинения композиторов-классиков;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выразительные средства, использованные композитором для создания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музыкального образа;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1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«Духовная музыка»: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характер, настроение музыкальных произведений духовной музыки, характеризовать её жизненное предназначение;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1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исполнять доступные образцы духовной музыки;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1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«Музыка театра и кино»: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и называть особенности музыкально-сценических жанров (опера, балет, оперетта, мюзикл);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отдельные номера музыкального спектакля (ария, хор, увертюра и т. д.), узнавать на слух и называть освоенные музыкальные произведения (фрагменты) и их авторов;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др.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Модуль «Современная музыкальная культура»: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иметь представление о разнообразии современной музыкальной культуры, стремиться к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расширению музыкального кругозора; </w:t>
      </w:r>
    </w:p>
    <w:p w:rsid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 и др.); </w:t>
      </w:r>
    </w:p>
    <w:p w:rsidR="0043700B" w:rsidRPr="00E543BA" w:rsidRDefault="00E543BA" w:rsidP="00E543BA">
      <w:pPr>
        <w:tabs>
          <w:tab w:val="left" w:pos="180"/>
        </w:tabs>
        <w:autoSpaceDE w:val="0"/>
        <w:autoSpaceDN w:val="0"/>
        <w:spacing w:after="0" w:line="28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 </w:t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543B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543B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исполнять современные музыкальные произведения, соблюдая певческую культуру звука.</w:t>
      </w:r>
    </w:p>
    <w:p w:rsidR="0043700B" w:rsidRPr="00E543BA" w:rsidRDefault="0043700B">
      <w:pPr>
        <w:rPr>
          <w:lang w:val="ru-RU"/>
        </w:rPr>
        <w:sectPr w:rsidR="0043700B" w:rsidRPr="00E543BA">
          <w:pgSz w:w="11900" w:h="16840"/>
          <w:pgMar w:top="298" w:right="666" w:bottom="1028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43700B" w:rsidRPr="00E543BA" w:rsidRDefault="0043700B">
      <w:pPr>
        <w:autoSpaceDE w:val="0"/>
        <w:autoSpaceDN w:val="0"/>
        <w:spacing w:after="64" w:line="220" w:lineRule="exact"/>
        <w:rPr>
          <w:lang w:val="ru-RU"/>
        </w:rPr>
      </w:pPr>
    </w:p>
    <w:p w:rsidR="0043700B" w:rsidRDefault="00E543BA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1296"/>
        <w:gridCol w:w="566"/>
        <w:gridCol w:w="1104"/>
        <w:gridCol w:w="1140"/>
        <w:gridCol w:w="1379"/>
        <w:gridCol w:w="1417"/>
        <w:gridCol w:w="1260"/>
        <w:gridCol w:w="804"/>
        <w:gridCol w:w="3401"/>
        <w:gridCol w:w="1080"/>
        <w:gridCol w:w="1382"/>
      </w:tblGrid>
      <w:tr w:rsidR="0043700B" w:rsidRPr="001E4235" w:rsidTr="001E4235">
        <w:trPr>
          <w:trHeight w:val="20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№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п/п</w:t>
            </w:r>
          </w:p>
        </w:tc>
        <w:tc>
          <w:tcPr>
            <w:tcW w:w="12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7" w:lineRule="auto"/>
              <w:ind w:left="72" w:right="164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810" w:type="dxa"/>
            <w:gridSpan w:val="3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Количествочасов</w:t>
            </w:r>
          </w:p>
        </w:tc>
        <w:tc>
          <w:tcPr>
            <w:tcW w:w="4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Репертуар </w:t>
            </w:r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Дата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изучения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Виды деятельности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Виды,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формы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Электронные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(цифровые)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образовательные ресурсы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практические работы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для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слушания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для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пения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для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музицирования</w:t>
            </w: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E966B8" w:rsidTr="001E4235">
        <w:trPr>
          <w:trHeight w:val="20"/>
        </w:trPr>
        <w:tc>
          <w:tcPr>
            <w:tcW w:w="15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Модуль 1. 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>Музыка в жизни человека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1.1.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Музыкальные пейзажи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Default="001E423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П.Чайковский «Вальс цветов»</w:t>
            </w:r>
          </w:p>
          <w:p w:rsidR="001E4235" w:rsidRPr="001E4235" w:rsidRDefault="001E423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Э.Григ «Утро»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E966B8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E966B8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E966B8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ями изобразительного искусства.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1.2.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Музыка на 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войне, музыка о войне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Default="001E423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С.Прокофьев Кантата «Александр Невский» (Ледовое побоище)</w:t>
            </w:r>
          </w:p>
          <w:p w:rsidR="001E4235" w:rsidRDefault="001E423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М.Мусоргский Опера «Борис Годунов» Вступление</w:t>
            </w:r>
          </w:p>
          <w:p w:rsidR="001E4235" w:rsidRDefault="001E423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А.Бородин Опера «Князь Игорь» (Хор из пролога)</w:t>
            </w:r>
          </w:p>
          <w:p w:rsidR="001E4235" w:rsidRDefault="001E423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А.Александров «Священная война»</w:t>
            </w:r>
          </w:p>
          <w:p w:rsidR="001E4235" w:rsidRPr="001E4235" w:rsidRDefault="001E423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К.Листов «В землянке»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1E423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К.Листов «В землянке»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2F16" w:rsidRDefault="00E543B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Чтение учебных и художественных текстов, посвящённых военной музыке. </w:t>
            </w:r>
          </w:p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Слушание, исполнение музыкальных произведений военной тематики. Знакомство с исто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рией их сочинения и исполнения.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2.5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5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Модуль 2. 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Классическая музыка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2.1.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Вокальная музыка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1E4235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Проивзедения в исполнении хоровых коллективов: Академического ансамбля песни и пляски РА им. А.Александрова, Государственного академического русского народного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хора п/у А.Свешникова, Государственного академического русского народного хора им. М.Пятницкого, Большого детского хора им. В.Попова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Е.Крылатов «Крылатые качели»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2F16" w:rsidRDefault="00E543BA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Знакомство с жанрами вокальной музыки. </w:t>
            </w:r>
          </w:p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Слушание вокальных произ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ведений композиторов-классиков.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Итого п</w:t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E966B8" w:rsidTr="001E4235">
        <w:trPr>
          <w:trHeight w:val="20"/>
        </w:trPr>
        <w:tc>
          <w:tcPr>
            <w:tcW w:w="15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Модуль 3.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 xml:space="preserve"> Музыка театра и кино</w:t>
            </w:r>
          </w:p>
        </w:tc>
      </w:tr>
      <w:tr w:rsidR="0043700B" w:rsidRPr="001E4235" w:rsidTr="00362F16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3.1.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Опера. Главные герои и номера оперного 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спектакля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М.Глинка Опера «Руслан и Людмила» (фрагменты)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 w:rsidP="00362F16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Слушание фрагментов опер. Определение характера музыки сольной партии, роли и выразительных сред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ств оркестрового сопровождения.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3.2.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 w:right="13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М.Глинка Опера «Иван Сусанин» (Песня Вани, хор Славься)</w:t>
            </w:r>
          </w:p>
          <w:p w:rsid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С.Прокофьев Кантата «Александр Невский» (Вставайте, люди русские, Песня об Александре Невском)</w:t>
            </w:r>
          </w:p>
          <w:p w:rsid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  <w:p w:rsidR="00362F16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В.Шаинский «Край в котором ты живешь»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E543BA" w:rsidP="00362F16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Чтение учебных и популярных текстов об истории создания 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патриотических опер, фильмов, о творческих поисках композиторов, создававших к 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ним музыку. Диалог с учителем.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Разучивание, исполнение песен о Родине, нашей стране, историчес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ких событиях и подвигах героев.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5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Модуль 4.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Музыкальная грамота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4.1.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Музыкальный язык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Э.Григ «В пещере горного короля»</w:t>
            </w:r>
          </w:p>
          <w:p w:rsidR="00362F16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П.Чайковский «Сладкая греза»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0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Знакомство с элементами музыкального языка, специальными терминами, их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обозначением в нотной записи.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Определение изученных элементов на слух при воспр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иятии музыкальных произведений.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4.2.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Ритмические рисунки в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размере 6/8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Неаполитанская народная песня «Колыбельная»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Французская народная песня «Веселая пастушка»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Определение на слух, прослеживание по нотной записи ритми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ческих рисунков в размере 6/8.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Слушание музыкальных произведений с ярко </w:t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lastRenderedPageBreak/>
              <w:t xml:space="preserve">выраженным 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ритмическим рисунком, воспроизведение данн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ого ритма по памяти (хлопками).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lastRenderedPageBreak/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E966B8" w:rsidTr="001E4235">
        <w:trPr>
          <w:trHeight w:val="20"/>
        </w:trPr>
        <w:tc>
          <w:tcPr>
            <w:tcW w:w="15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Модуль 5.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 xml:space="preserve"> Музыка в жизни человека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5.1.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Музыкальные пейзажи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П.Чайковский «Песня жаворонка»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362F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П.Чайковский «Песня жаворонка»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Слушание произведений программной музыки, посвящённой образам природы. Подбор эпитетов для описания настроения, характера музыки. Сопоставление музыки с произведени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ями изобразительного искусства.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5.2.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Музыкальные портреты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С.Прокофьев «Ходит месяц над лугами»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С.Прокофьев «Ходит месяц над лугами»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Слушание произведений вокальной, программной инструментальной музыки, посвящённой образам людей, сказочных персонажей. Подбор эпитетов для описания настроения, характера музыки. Сопоставление музыки с произведени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ями изобразительного искусства.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5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Модуль 6.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Классическая музыка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6.1.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Композиторы —детям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М.Мусоргский «Картинки с выставки»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Т.Морозова «Бабка Ежка»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E543BA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Слушание музыки, определение основного характера, музыкально-выразительных средств, использованных композитором. </w:t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Подборэпитетов, иллюстрац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ий к музыке. Определениежанра.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6.2.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Программная музыка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М.Мусоргский «Картинки с выставки»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Т.Морозова «Бабка Ежка»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7" w:lineRule="auto"/>
              <w:ind w:left="72" w:right="7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Слушание произведений программной музыки. Обсуждение музыкального образа, музыкальных средств, использов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анных композитором.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2.5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5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Модуль 7. 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Музыкальная грамота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7.1.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Музыкальный язык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2F16" w:rsidRDefault="00362F16" w:rsidP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П.Чайковский «Нянина сказка»</w:t>
            </w:r>
          </w:p>
          <w:p w:rsidR="00362F16" w:rsidRDefault="00362F16" w:rsidP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«Игра в лошадки»</w:t>
            </w:r>
          </w:p>
          <w:p w:rsidR="00362F16" w:rsidRDefault="00362F16" w:rsidP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«Полька»</w:t>
            </w:r>
          </w:p>
          <w:p w:rsidR="00362F16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«Шарманщик поет»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«Спор Маши и Вити»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62F16" w:rsidRDefault="00362F16" w:rsidP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П.Чайковский «Нянина сказка»</w:t>
            </w:r>
          </w:p>
          <w:p w:rsidR="00362F16" w:rsidRDefault="00362F16" w:rsidP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«Игра в лошадки»</w:t>
            </w:r>
          </w:p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Знакомство с элементами музыкального языка, специальными терминами, их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обозначением в нотной записи.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Наблюдение за изменением музыкального образа при изменении элементов музыкального языка (как меняется характер музыки при изменении тем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па, динамики, штрихов и т. д.).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7.2.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Дополнительные обозначения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в нотах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попевки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362F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«Спор Маши и Вити»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 w:right="7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Знакомство с дополнительными элементами нотной записи. Исполнение песен, попевок, в котор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ых присутствуют данные элементы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2.5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5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Модуль 8.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Духовная музыка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lastRenderedPageBreak/>
              <w:t>8.1.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0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Искусство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Русской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православной церкви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Разучивание, исполнение вокальных произведений религиозной тематики, сравнение церковных мелодий и народных 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песен, мелодий светской музыки.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8.2.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Религиозные праздники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Просмотр фильма, посвя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щённого религиозным праздникам.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5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Модуль 9. 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Музыкальная грамота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9.1.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Размер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0,5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362F16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Ритмические упражнения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614C93" w:rsidRDefault="00614C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Вокальные упражнения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614C93" w:rsidRDefault="00614C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Ритмические упражнения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Ритмические упражнения на ровную пульсацию, выделение сильных долей в размерах 2/4, 3/4, 4/4 (звучащими жестами или на ударных 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инструментах).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Исполнение вокальных упражнений, песен в размерах 2/4, 3/4, 4/4 с хлопками-акцентами на сильную долю, элем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ентарными дирижёрскими жестами.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5297" w:type="dxa"/>
            <w:gridSpan w:val="1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Модуль 10.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Народная музыка России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10.1.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Сказки, мифы и легенды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Default="00614C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В.Кикта «Былинные звукоряды»</w:t>
            </w:r>
          </w:p>
          <w:p w:rsidR="00614C93" w:rsidRDefault="00614C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Н.Римский-Корсаков «Колыбельная Волховы»</w:t>
            </w:r>
          </w:p>
          <w:p w:rsidR="00614C93" w:rsidRPr="00614C93" w:rsidRDefault="00614C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614C93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614C93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614C93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Знакомство с манерой сказывания нараспев. Слушание сказок, былин, эпических сказ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аний, рассказываемых нараспев.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В инструментальной музыке определение на слух музыкальных инт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онаций речитативного характера.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10.2.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right="4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Народные праздники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614C93" w:rsidRDefault="00614C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колядки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614C93" w:rsidRDefault="00614C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колядки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Знакомство с праздничными обычаями, обрядами, бытовавшими ранее и сохранившимися сегодня у различных на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родностей Российской Федерации.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E966B8" w:rsidTr="001E4235">
        <w:trPr>
          <w:trHeight w:val="20"/>
        </w:trPr>
        <w:tc>
          <w:tcPr>
            <w:tcW w:w="15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Модуль 11. 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>Музыка театра и кино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11.1.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Балет.</w:t>
            </w:r>
          </w:p>
          <w:p w:rsidR="0043700B" w:rsidRPr="001E4235" w:rsidRDefault="00E543BA">
            <w:pPr>
              <w:autoSpaceDE w:val="0"/>
              <w:autoSpaceDN w:val="0"/>
              <w:spacing w:before="20" w:after="0" w:line="24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Хореография —искусство танца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614C93" w:rsidRDefault="00614C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П.Чайковский «Щелкунчик»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614C93" w:rsidRDefault="00614C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Й.Гайдн «Мы дружим с музыкой»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614C93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614C93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E543BA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Просмотр и обсуждение видеозаписей — знакомство с несколькими яркими сольными номерами и сценами из балетов русских 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композиторов. </w:t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Музыкальнаявикто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ринаназнаниебалетноймузыки.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опрос;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11.2.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Опера. Главные герои и номера оперного 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спектакля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614C93" w:rsidRDefault="00614C9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Н.Римский-Корсаков </w:t>
            </w:r>
            <w:r w:rsid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Опера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«Снегурочка»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Т.Музыкантова «Спасибо мамы»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Знакомство с тембрами голосов оперных певцов. Освоение 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терминологии. Звучащие тесты и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кроссворды на проверку знаний.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опрос;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lastRenderedPageBreak/>
              <w:t>11.3.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Сюжет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музыкального спектакля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Н.Римский-Корсаков  Опера «Снегурочка»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362F16" w:rsidRDefault="00E543BA" w:rsidP="00362F16">
            <w:pPr>
              <w:autoSpaceDE w:val="0"/>
              <w:autoSpaceDN w:val="0"/>
              <w:spacing w:before="76" w:after="0" w:line="252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Анализ выразительных средств, создающих образы главных героев, противоборствующих сторон. Наблюдение за музыкальным развитием, характеристика приёмов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, использованных композитором.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Музыкальная викторина на знание музыки. </w:t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Звучащие и 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терминологическиетесты.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опрос;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11.4.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Оперетта, мюзикл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А.Ермолов «Волк и семеро козлят»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Знакомство с жанрами оперетты, мюзикла. Слушание фрагментов из оперетт, анализ 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характерных особенностей жанра.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6.5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5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Модуль 12. 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Классическая музыка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4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12.1.</w:t>
            </w:r>
          </w:p>
        </w:tc>
        <w:tc>
          <w:tcPr>
            <w:tcW w:w="12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Оркестр</w:t>
            </w:r>
          </w:p>
        </w:tc>
        <w:tc>
          <w:tcPr>
            <w:tcW w:w="566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37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М.Глинка «Арагонская хота», «Ночь в Мадриде»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Ритмические упражнения</w:t>
            </w:r>
          </w:p>
        </w:tc>
        <w:tc>
          <w:tcPr>
            <w:tcW w:w="8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4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Слушание музыки в исполнении оркестра. Просмотр видеозаписи.</w:t>
            </w:r>
          </w:p>
          <w:p w:rsidR="0043700B" w:rsidRPr="001E4235" w:rsidRDefault="00E543BA" w:rsidP="00362F16">
            <w:pPr>
              <w:autoSpaceDE w:val="0"/>
              <w:autoSpaceDN w:val="0"/>
              <w:spacing w:before="20" w:after="0" w:line="250" w:lineRule="auto"/>
              <w:ind w:left="72" w:right="7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Диал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ог с учителем о роли дирижёра.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Знакомство с принципом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р</w:t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асположения партий в партитуре. Разучивание, исполнение (с 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о</w:t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риентацией на нотную запись) ритмической партитур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ы для 2—3 ударных инструментов.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4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опрос;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Практическаяработа;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12.2.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Музыкальные инструменты.</w:t>
            </w:r>
          </w:p>
          <w:p w:rsidR="0043700B" w:rsidRPr="001E4235" w:rsidRDefault="00E543BA">
            <w:pPr>
              <w:autoSpaceDE w:val="0"/>
              <w:autoSpaceDN w:val="0"/>
              <w:spacing w:before="2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Флейта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w w:val="97"/>
                <w:sz w:val="16"/>
                <w:szCs w:val="16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И.Бах «Шутка»</w:t>
            </w:r>
          </w:p>
          <w:p w:rsidR="00C81C3D" w:rsidRPr="00C81C3D" w:rsidRDefault="00C81C3D" w:rsidP="00C81C3D">
            <w:pPr>
              <w:pStyle w:val="31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  <w:lang w:val="ru-RU"/>
              </w:rPr>
              <w:t>К.Ф.Глюк. Соло флейты из 2 действия оперы "Орфей и Эвридика"</w:t>
            </w:r>
          </w:p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Знакомство с внешним видом, устройством и тембрами классиче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ских музыкальных инструментов.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Слушание музыкальных фрагментов в исполнении известных 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музыкантов-инструменталистов.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12.3.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Музыкальные инструменты.</w:t>
            </w:r>
          </w:p>
          <w:p w:rsidR="0043700B" w:rsidRPr="001E4235" w:rsidRDefault="00E543BA">
            <w:pPr>
              <w:autoSpaceDE w:val="0"/>
              <w:autoSpaceDN w:val="0"/>
              <w:spacing w:before="20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Скрипка,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виолончель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Default="00C81C3D" w:rsidP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К.Сен-Санс «Слон», «Лебедь» (Карнавал животных)</w:t>
            </w:r>
          </w:p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М.Мещерякова «Маленький скрипач»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Музыкальная викторина на знание конкретных произведений и их авторов, определения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тембров звучащих инструментов.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 w:rsidP="00C81C3D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опрос;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12.4.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Русские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композиторы-классики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П.Чайковский «Времена года» (Весна)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А.Петряшева «Шарики воздушные»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</w:t>
            </w:r>
          </w:p>
          <w:p w:rsidR="0043700B" w:rsidRPr="00362F16" w:rsidRDefault="00E543BA">
            <w:pPr>
              <w:autoSpaceDE w:val="0"/>
              <w:autoSpaceDN w:val="0"/>
              <w:spacing w:before="18" w:after="0" w:line="250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Характеристика музыкальных образов, музыкально-выразительных средств. </w:t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Наблюдениезаразвитиемму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зыки. Определениежанра, формы.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lastRenderedPageBreak/>
              <w:t>12.5.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Европейские композиторы-классики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А.Вивальди «Времена года» (Весна)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Знакомство с творчеством выдающихся композиторов, отдельными фактами из их биографии. Слушание музыки. Фрагменты вокальных, инструментальных, симфонических сочинений. Круг характерных образов (картины природы, народной жизни, истории и т. д.).</w:t>
            </w:r>
          </w:p>
          <w:p w:rsidR="0043700B" w:rsidRPr="00362F16" w:rsidRDefault="00E543BA">
            <w:pPr>
              <w:autoSpaceDE w:val="0"/>
              <w:autoSpaceDN w:val="0"/>
              <w:spacing w:before="20" w:after="0" w:line="247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Характеристика музыкальных образов, музыкально-выразительных средств. </w:t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Наблюдениезаразвитиемму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зыки. Определениежанра, формы.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4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5297" w:type="dxa"/>
            <w:gridSpan w:val="1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Модуль 13. 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Музыкальная грамота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13.1.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Дополнительные обозначения 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в нотах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 выбору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Вокальные упражнения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50" w:lineRule="auto"/>
              <w:ind w:left="72" w:right="72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Знакомство с дополнительными элементами нотной записи. Исполнение песен, попевок, в котор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ых присутствуют данные элементы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0.5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529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Модуль 14. </w:t>
            </w:r>
            <w:r w:rsidRPr="001E4235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Современная музыкальная культура</w:t>
            </w:r>
          </w:p>
        </w:tc>
      </w:tr>
      <w:tr w:rsidR="0043700B" w:rsidRPr="001E4235" w:rsidTr="001E4235">
        <w:trPr>
          <w:trHeight w:val="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14.1.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Джаз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Д.Джоплин «Регтайм»</w:t>
            </w:r>
          </w:p>
          <w:p w:rsid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Ж.Косма «Осенние листья»</w:t>
            </w:r>
          </w:p>
          <w:p w:rsid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Л.Армстронг</w:t>
            </w:r>
          </w:p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Л.Долина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Р.Бойко «Дело было в Каролине»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Знакомство с творчеством джазовых музыкантов. Узнавание, различение на слух джазовых композиций в отличие от других му</w:t>
            </w:r>
            <w:r w:rsidR="00362F16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зыкальных стилей и направлений.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r w:rsidRPr="001E423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модулю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296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700B" w:rsidRPr="001E4235" w:rsidTr="001E4235">
        <w:trPr>
          <w:trHeight w:val="20"/>
        </w:trPr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50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ОБЩЕЕ 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КОЛИЧЕСТВО ЧАСОВ ПО </w:t>
            </w:r>
            <w:r w:rsidRPr="001E423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ПРОГРАММЕ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E543B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1E4235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31</w:t>
            </w:r>
          </w:p>
        </w:tc>
        <w:tc>
          <w:tcPr>
            <w:tcW w:w="107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1E4235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3700B" w:rsidRDefault="0043700B">
      <w:pPr>
        <w:autoSpaceDE w:val="0"/>
        <w:autoSpaceDN w:val="0"/>
        <w:spacing w:after="0" w:line="14" w:lineRule="exact"/>
      </w:pPr>
    </w:p>
    <w:p w:rsidR="0043700B" w:rsidRDefault="0043700B">
      <w:pPr>
        <w:sectPr w:rsidR="0043700B" w:rsidSect="00C81C3D">
          <w:pgSz w:w="16840" w:h="11900" w:orient="landscape"/>
          <w:pgMar w:top="1066" w:right="666" w:bottom="284" w:left="640" w:header="720" w:footer="720" w:gutter="0"/>
          <w:cols w:space="720" w:equalWidth="0">
            <w:col w:w="15108" w:space="0"/>
          </w:cols>
          <w:docGrid w:linePitch="360"/>
        </w:sectPr>
      </w:pPr>
    </w:p>
    <w:p w:rsidR="0043700B" w:rsidRDefault="0043700B">
      <w:pPr>
        <w:autoSpaceDE w:val="0"/>
        <w:autoSpaceDN w:val="0"/>
        <w:spacing w:after="78" w:line="220" w:lineRule="exact"/>
      </w:pPr>
    </w:p>
    <w:p w:rsidR="0043700B" w:rsidRDefault="00E543BA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ook w:val="04A0" w:firstRow="1" w:lastRow="0" w:firstColumn="1" w:lastColumn="0" w:noHBand="0" w:noVBand="1"/>
      </w:tblPr>
      <w:tblGrid>
        <w:gridCol w:w="730"/>
        <w:gridCol w:w="3911"/>
        <w:gridCol w:w="446"/>
        <w:gridCol w:w="1357"/>
        <w:gridCol w:w="1393"/>
        <w:gridCol w:w="708"/>
        <w:gridCol w:w="2043"/>
      </w:tblGrid>
      <w:tr w:rsidR="00C81C3D" w:rsidRPr="00C81C3D" w:rsidTr="00C81C3D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62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№</w:t>
            </w:r>
            <w:r w:rsidRPr="00C81C3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Дата </w:t>
            </w:r>
            <w:r w:rsidRPr="00C81C3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Виды, формы контроля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всего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62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Музыкальные пейзажи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 на войне, музыка о войне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 на войне, музыка о войне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Вокальная музыка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Вокальная 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Музыкальный ящик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Музыкальный ящик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Ритмические рисунки в размере 6/8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Музыкальные портреты. Композиторы - детям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Композиторы - детям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Программная музыка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Музыкальный ящик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Музыкальный ящик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Дополнительные обозначения в нотах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Искусство русской православной церкви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Религиозные праздники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Сказки, мифы и легенды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Народные праздники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Балет. Хореография – искусства танца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опрос, практическая работа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Балет. Хореография – искусства танца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опрос, практическая работа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Опера. Главные герои и сольные номера оперного спектакля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Сюжет музыкального спектакля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Сюжет музыкального спектакля. Размер.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опрос, практическая работа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Оперетта, мюзикл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Оперетта, мюзикл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E543BA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43700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3700B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 w:rsidP="00D4434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Оркестр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0,5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 w:rsidP="00D4434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Музыкальные инструменты. Флейта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 w:rsidP="00D4434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Музыкальные инструменты. Скрипка. Виолончель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 w:rsidP="00D4434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Русские композиторы – классики. Европейские композиторы - классики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Джаз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Джаз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Устный опрос</w:t>
            </w:r>
          </w:p>
        </w:tc>
      </w:tr>
      <w:tr w:rsidR="00C81C3D" w:rsidRPr="00C81C3D" w:rsidTr="00C81C3D">
        <w:trPr>
          <w:trHeight w:val="20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C81C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81C3D" w:rsidRPr="00C81C3D" w:rsidRDefault="00C81C3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</w:tbl>
    <w:p w:rsidR="0043700B" w:rsidRPr="00C81C3D" w:rsidRDefault="0043700B">
      <w:pPr>
        <w:autoSpaceDE w:val="0"/>
        <w:autoSpaceDN w:val="0"/>
        <w:spacing w:after="0" w:line="14" w:lineRule="exact"/>
        <w:rPr>
          <w:lang w:val="ru-RU"/>
        </w:rPr>
      </w:pPr>
    </w:p>
    <w:p w:rsidR="0043700B" w:rsidRPr="00C81C3D" w:rsidRDefault="0043700B">
      <w:pPr>
        <w:rPr>
          <w:lang w:val="ru-RU"/>
        </w:rPr>
        <w:sectPr w:rsidR="0043700B" w:rsidRPr="00C81C3D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3700B" w:rsidRPr="00C81C3D" w:rsidRDefault="0043700B">
      <w:pPr>
        <w:autoSpaceDE w:val="0"/>
        <w:autoSpaceDN w:val="0"/>
        <w:spacing w:after="78" w:line="220" w:lineRule="exact"/>
        <w:rPr>
          <w:lang w:val="ru-RU"/>
        </w:rPr>
      </w:pPr>
    </w:p>
    <w:p w:rsidR="00C81C3D" w:rsidRPr="006E6EC2" w:rsidRDefault="00C81C3D" w:rsidP="00C81C3D">
      <w:pPr>
        <w:autoSpaceDE w:val="0"/>
        <w:autoSpaceDN w:val="0"/>
        <w:spacing w:after="0" w:line="230" w:lineRule="auto"/>
        <w:rPr>
          <w:lang w:val="ru-RU"/>
        </w:rPr>
      </w:pPr>
      <w:r w:rsidRPr="00F60B64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</w:t>
      </w:r>
      <w:r w:rsidRPr="006E6EC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ЕСКОЕ ОБЕСПЕЧЕНИЕ ОБРАЗОВАТЕЛЬНОГО ПРОЦЕССА </w:t>
      </w:r>
    </w:p>
    <w:p w:rsidR="00C81C3D" w:rsidRPr="006E6EC2" w:rsidRDefault="00C81C3D" w:rsidP="00C81C3D">
      <w:pPr>
        <w:autoSpaceDE w:val="0"/>
        <w:autoSpaceDN w:val="0"/>
        <w:spacing w:before="346" w:after="0" w:line="230" w:lineRule="auto"/>
        <w:rPr>
          <w:lang w:val="ru-RU"/>
        </w:rPr>
      </w:pPr>
      <w:r w:rsidRPr="006E6EC2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C81C3D" w:rsidRPr="00440F81" w:rsidRDefault="00C81C3D" w:rsidP="00C81C3D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 xml:space="preserve">Музыка.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/Критская Е.Д., Сергеева Г.П., Шмагина Т.С., Акционерное общество «Издательство«Просвещение»; </w:t>
      </w:r>
      <w:r w:rsidRPr="00440F81">
        <w:rPr>
          <w:lang w:val="ru-RU"/>
        </w:rPr>
        <w:br/>
      </w:r>
    </w:p>
    <w:p w:rsidR="00C81C3D" w:rsidRPr="00440F81" w:rsidRDefault="00C81C3D" w:rsidP="00C81C3D">
      <w:pPr>
        <w:autoSpaceDE w:val="0"/>
        <w:autoSpaceDN w:val="0"/>
        <w:spacing w:before="262" w:after="0" w:line="230" w:lineRule="auto"/>
        <w:rPr>
          <w:lang w:val="ru-RU"/>
        </w:rPr>
      </w:pPr>
      <w:r w:rsidRPr="00440F81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81C3D" w:rsidRPr="00440F81" w:rsidRDefault="00C81C3D" w:rsidP="00C81C3D">
      <w:pPr>
        <w:autoSpaceDE w:val="0"/>
        <w:autoSpaceDN w:val="0"/>
        <w:spacing w:before="166" w:after="0" w:line="230" w:lineRule="auto"/>
        <w:rPr>
          <w:lang w:val="ru-RU"/>
        </w:rPr>
      </w:pP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>Р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абочая программа по музыке для 3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класса. Авторы: Г.П.Сергеева, Е.Д.Критская, Т.С.Шмагина</w:t>
      </w:r>
    </w:p>
    <w:p w:rsidR="00C81C3D" w:rsidRPr="00440F81" w:rsidRDefault="00C81C3D" w:rsidP="00C81C3D">
      <w:pPr>
        <w:autoSpaceDE w:val="0"/>
        <w:autoSpaceDN w:val="0"/>
        <w:spacing w:before="264" w:after="0" w:line="230" w:lineRule="auto"/>
        <w:rPr>
          <w:lang w:val="ru-RU"/>
        </w:rPr>
      </w:pPr>
      <w:r w:rsidRPr="00440F81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81C3D" w:rsidRPr="00440F81" w:rsidRDefault="00C81C3D" w:rsidP="00C81C3D">
      <w:pPr>
        <w:autoSpaceDE w:val="0"/>
        <w:autoSpaceDN w:val="0"/>
        <w:spacing w:before="168" w:after="0" w:line="230" w:lineRule="auto"/>
        <w:rPr>
          <w:lang w:val="ru-RU"/>
        </w:rPr>
      </w:pP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Мультимедийные уроки по музыке 3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по Программе Сергеевой, Критской.</w:t>
      </w:r>
    </w:p>
    <w:p w:rsidR="00C81C3D" w:rsidRPr="00440F81" w:rsidRDefault="00C81C3D" w:rsidP="00C81C3D">
      <w:pPr>
        <w:autoSpaceDE w:val="0"/>
        <w:autoSpaceDN w:val="0"/>
        <w:spacing w:before="70" w:after="0" w:line="262" w:lineRule="auto"/>
        <w:ind w:right="1584"/>
        <w:rPr>
          <w:lang w:val="ru-RU"/>
        </w:rPr>
      </w:pP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 w:rsidRPr="00440F81">
        <w:rPr>
          <w:lang w:val="ru-RU"/>
        </w:rPr>
        <w:br/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catalog</w:t>
      </w:r>
      <w:r w:rsidRPr="00440F81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C81C3D" w:rsidRPr="00440F81" w:rsidRDefault="00C81C3D" w:rsidP="00C81C3D">
      <w:pPr>
        <w:rPr>
          <w:lang w:val="ru-RU"/>
        </w:rPr>
        <w:sectPr w:rsidR="00C81C3D" w:rsidRPr="00440F81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81C3D" w:rsidRDefault="00C81C3D" w:rsidP="00C81C3D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440F8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МАТЕРИАЛЬНО-ТЕХНИЧЕСКОЕ ОБЕСПЕЧЕНИЕ ОБРАЗОВАТЕЛЬНОГО ПРОЦЕССА УЧЕБНОЕ ОБОРУДОВАНИЕ </w:t>
      </w:r>
    </w:p>
    <w:p w:rsidR="00C81C3D" w:rsidRDefault="00C81C3D" w:rsidP="00C81C3D">
      <w:pPr>
        <w:autoSpaceDE w:val="0"/>
        <w:autoSpaceDN w:val="0"/>
        <w:spacing w:after="0" w:line="408" w:lineRule="auto"/>
        <w:ind w:right="432"/>
        <w:rPr>
          <w:lang w:val="ru-RU"/>
        </w:rPr>
      </w:pPr>
      <w:r>
        <w:rPr>
          <w:lang w:val="ru-RU"/>
        </w:rPr>
        <w:t>Звуковоспроизводящая аппаратура</w:t>
      </w:r>
      <w:r w:rsidRPr="006123B1">
        <w:rPr>
          <w:lang w:val="ru-RU"/>
        </w:rPr>
        <w:t>, ноты, музыкальные инструменты, проектор, экран, ноутбук</w:t>
      </w:r>
    </w:p>
    <w:p w:rsidR="00C81C3D" w:rsidRPr="00440F81" w:rsidRDefault="00C81C3D" w:rsidP="00C81C3D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440F81">
        <w:rPr>
          <w:lang w:val="ru-RU"/>
        </w:rPr>
        <w:br/>
      </w:r>
      <w:r w:rsidRPr="00440F81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 ПРАКТИЧЕСКИХ РАБОТ</w:t>
      </w:r>
    </w:p>
    <w:p w:rsidR="00C81C3D" w:rsidRDefault="00C81C3D" w:rsidP="00C81C3D">
      <w:pPr>
        <w:autoSpaceDE w:val="0"/>
        <w:autoSpaceDN w:val="0"/>
        <w:spacing w:after="0" w:line="408" w:lineRule="auto"/>
        <w:ind w:right="432"/>
        <w:rPr>
          <w:lang w:val="ru-RU"/>
        </w:rPr>
      </w:pPr>
      <w:r>
        <w:rPr>
          <w:lang w:val="ru-RU"/>
        </w:rPr>
        <w:t>Звуковоспроизводящая аппаратура</w:t>
      </w:r>
      <w:r w:rsidRPr="006123B1">
        <w:rPr>
          <w:lang w:val="ru-RU"/>
        </w:rPr>
        <w:t>, ноты, музыкальные инструменты, проектор, экран, ноутбук</w:t>
      </w:r>
    </w:p>
    <w:p w:rsidR="0043700B" w:rsidRPr="00E543BA" w:rsidRDefault="0043700B">
      <w:pPr>
        <w:rPr>
          <w:lang w:val="ru-RU"/>
        </w:rPr>
        <w:sectPr w:rsidR="0043700B" w:rsidRPr="00E543BA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E543BA" w:rsidRPr="00E543BA" w:rsidRDefault="00E543BA">
      <w:pPr>
        <w:rPr>
          <w:lang w:val="ru-RU"/>
        </w:rPr>
      </w:pPr>
    </w:p>
    <w:sectPr w:rsidR="00E543BA" w:rsidRPr="00E543BA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4235"/>
    <w:rsid w:val="0029639D"/>
    <w:rsid w:val="00326F90"/>
    <w:rsid w:val="00362F16"/>
    <w:rsid w:val="0043700B"/>
    <w:rsid w:val="005140FB"/>
    <w:rsid w:val="00614C93"/>
    <w:rsid w:val="009B3166"/>
    <w:rsid w:val="00AA1D8D"/>
    <w:rsid w:val="00B47730"/>
    <w:rsid w:val="00C81C3D"/>
    <w:rsid w:val="00CB0664"/>
    <w:rsid w:val="00E543BA"/>
    <w:rsid w:val="00E966B8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67D6FD-702A-4DCE-BEA2-14D0122BC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362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362F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2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483A3C-4F14-4376-BA01-8F7CA51E1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6094</Words>
  <Characters>34740</Characters>
  <Application>Microsoft Office Word</Application>
  <DocSecurity>0</DocSecurity>
  <Lines>289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Dime</cp:lastModifiedBy>
  <cp:revision>3</cp:revision>
  <cp:lastPrinted>2022-07-29T10:59:00Z</cp:lastPrinted>
  <dcterms:created xsi:type="dcterms:W3CDTF">2022-11-17T07:46:00Z</dcterms:created>
  <dcterms:modified xsi:type="dcterms:W3CDTF">2022-11-22T12:37:00Z</dcterms:modified>
</cp:coreProperties>
</file>